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פ״י/ו · התאמה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להתאים פעלים לשורשים ולבניינים.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המוסכמה בערכה: אות נחה או חסרה נרשמת כ־י/ו (פ״י/ו, ע״ו/י) או י/ה (ל״ה/י); בתשובות התלמידים יש לקבל גם ו׳ או י׳ לבד (למשל ק־ו־ם, ש־י־ר, ב־נ־ה), וגם נ־ג־ש / נ־פ־ל בפ״נ.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רצוי להפעיל את הדף אחרי הפעילות המקבילה באתר: 🔗 התאמה (פ״י/ו).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י/ו־ר־ד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 – י/ו־ש־ן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י/ו־ב־ל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י/ו־ש־ב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י/ו־ד־ע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הפעיל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קל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נפעל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י/ו־ר־ד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י/ו־ס־ף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י/ו־ל־ד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צעדים בסדר נכון, שורש נכון, נימוק לפי סימן (דגש / אות נחה / „הוא אתמול”).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🔗 פ״י/ו · התאמה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דף תרגול: התאמה. משפטים קצרים. יש מילון קטן למעלה. 🙂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פשוט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שורש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🌱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 אותיות שנותנות למילה את המשמעות (root)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גזרה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קבוצת שורשים שמתנהגים אותו דבר (verb class)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בניין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🏗️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דפוס של פועל: קל, נפעל, פיעל, פועל, הפעיל, הופעל, התפעל (verb pattern)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מוספיות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✂️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אותיות שהבניין או הזמן מוסיפים לשורש (added letters)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אות נחה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😴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אות שנכתבת ולא נשמעת, או נעלמת (silent letter)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דגש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⚫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נקודה בתוך אות (dot inside a letter)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עבר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שקרה כבר (past)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הווה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⏺️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שקורה עכשיו (present)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עתיד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שיקרה (future)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התאמה: פועל ← שורש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התאימו לכל פועל את השורש שלו: כתבו את האות של התשובה.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לְהוֹרִיד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י/ו־ב־ל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אִישַׁן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י/ו־ד־ע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הוֹבִיל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י/ו־ר־ד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יָשַׁבְנוּ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י/ו־ש־ב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הוֹדִיעוּ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ה. י/ו־ש־ן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התאמה: פועל ← בניין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התאימו לכל פועל את הבניין שלו.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הוֹסִיף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קל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יָרַד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נפעל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נוֹלַד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הפעיל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השלימו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הפועל: לְהוֹרִיד  ←  השורש: 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הפועל: הוֹסִיף  ←  השורש: 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הפועל: נוֹלַד  ←  השורש: 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משפחת מילים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בחרו שורש אחד מהדף וכתבו 4 מילים מאותה משפחה (פעלים או שמות).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למשל: ק־י/ו־ם ← קָם, הֵקִים, מָקוֹם, תְּקוּמָה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השורש של „הוֹדִיעוּ” הוא: 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מילה חדשה שלמדתי: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פ״י/ו · התאמה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