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פ״י/ו · האות החסרה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לזהות איזו אות שורש חסרה או נחה – ואיפה.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🔍 האות החסרה (פ״י/ו).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י/ו · בהתחלה · י/ו־ל־ד ·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י/ו · בהתחלה · י/ו־ס־ף ·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י/ו · בהתחלה · י/ו־ש־ן ·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י/ו · בהתחלה · י/ו־ד־ע ·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י/ו־ש־ב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י/ו־ש־ב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פ״י/ו · האות החסרה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האות החסרה.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י/ו־ב־ל  |  י/ו־ד־ע  |  י/ו־ל־ד  |  י/ו־ס־ף  |  י/ו־ר־ד  |  י/ו־ש־ב  |  י/ו־ש־ן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השלימו את האות החסרה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איזו אות חסרה (נ / י/ו / י/ה), איפה היא (בהתחלה / באמצע / בסוף), ואת הגזרה.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הפועל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השורש עם חור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האות ומקומה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הגזרה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נוֹלַד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___־ל־ד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הוֹסִיף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___־ס־ף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אִישַׁן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___־ש־ן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הוֹדִיעוּ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___־ד־ע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האות החסרה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„הוֹשִׁיבָה” – השורש ___־ש־ב. איזו אות חסרה?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„לְהוֹרִיד” – השורש ___־ר־ד. איזו אות חסרה?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„הוֹבִיל” – השורש ___־ב־ל. איזו אות חסרה?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כתבו את השורש המלא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המדריכה הוֹשִׁיבָה את הקבוצה במעגל.  ←  הפועל: הוֹשִׁיבָה  ←  השורש: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יָשַׁבְנוּ על הספסל שבחצר.  ←  הפועל: יָשַׁבְנוּ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האות שהתחבאה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3 משפטים משלכם עם פעלים שחסרה בהם אות שורש. סמנו את הפועל וכתבו את השורש.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פועל אחד מכל גזרה – אם אפשר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„הוֹשִׁיבָה”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פ״י/ו · האות החסרה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