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י/ו־ש־ב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י/ו־ר־ד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י/ו־ש־ן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י/ו־ר־ד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י/ו־ל־ד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פ״י/ו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האות החסרה.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___־ש־ב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לְהוֹרִיד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___־ר־ד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אִישַׁן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___־ש־ן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___־ר־ד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נוֹלַד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___־ל־ד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„הוֹדִיעוּ” – השורש ___־ד־ע.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„הוֹבִיל” – השורש ___־ב־ל.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„הוֹסִיף” – השורש ___־ס־ף.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לְהוֹרִיד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יָשַׁבְנוּ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אִישַׁן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„יָשַׁבְנוּ”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האות החסרה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