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האות החסרה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🔍 האות החסרה (פ״י/ו).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י/ו־ל־ד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י/ו־ב־ל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י/ו־ט־ב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י/ו־ס־ף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י/ו־ס־ד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י/ו־ד־ע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י/ו־ד־ע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פ״י/ו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האות החסרה – גזרת פ״י/ו – האות הראשונה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___־ל־ד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הוּבַל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___־ב־ל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הֵיטִיב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___־ט־ב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___־ס־ף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נוֹסַד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___־ס־ד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___־ד־ע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„הוֹשִׁיבָה” – השורש ___־ש־ב.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„נוֹעָץ” – השורש ___־ע־ץ.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„הוּרַד” – השורש ___־ר־ד.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„הֵינִיקָה” – השורש ___־נ־ק.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היא הוֹרִידָה את התיק מהכתף.  ←  הפועל: הוֹרִידָה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הציוד הוּבַל לאולם במשאית.  ←  הפועל: הוּבַל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הם הוֹדִיעוּ על שינוי במערכת השעות.  ←  הפועל: הוֹדִיעוּ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הטבח הוֹסִיף מעט מלח למרק.  ←  הפועל: הוֹסִיף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משלכם עם פעלים שחסרה בהם אות שורש. סמנו את הפועל וכתבו 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„אִישַׁן”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האות החסרה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