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פ״י/ו · חידון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לבדוק הבנה: שורשים, גזרות, בניינים וכללים.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🏆 חידון (פ״י/ו).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י/ו־ל־ד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נוֹ־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נשמע נוֹ־: נוֹלַד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ראו כרטיסי ההסבר בשיעור: הפעיל: הוֹ־ (וחמישה שורשים: הֵי־). / נפעל: נוֹ־. הופעל: הוּ־ ← מעבירים להפעיל.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🏆 פ״י/ו · חידון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חידון.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י/ו־ב־ל  |  י/ו־ד־ע  |  י/ו־ל־ד  |  י/ו־ס־ף  |  י/ו־ר־ד  |  י/ו־ש־ב  |  י/ו־ש־ן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שאלות אמריקאיות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השורש של „נוֹלַד”?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נ־ל־ד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י/ו־ל־ד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ל־י/ו־ד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השורש של „הוֹרִידָה”?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ר־י/ו־ד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נ־ר־ד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י/ו־ר־ד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לאיזו גזרה שייך „הוֹבִיל”?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פ״י/ו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פ״נ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ע״ו/י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4. לאיזו גזרה שייך „יָשַׁבְנוּ”?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פ״נ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ל״ה/י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פ״י/ו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5. איך נשמע „הוא אתמול” בנפעל של פ״י/ו?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נוֹ־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נִ־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נָ־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6. הוּבַל – לאיזה בניין מעבירים כדי למצוא שורש?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הפעיל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קל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פיעל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נכון / לא נכון. אם לא נכון – תקנו בעל פה או בשוליים.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בגזרת פ״י/ו האות הראשונה בשורש היא י׳ או ו׳.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בהפעיל, פ״י/ו נשמע בדרך כלל הוֹ־: הוֹרִיד.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בנפעל, פ״י/ו נשמע נִ־ רגיל: „נִוְלַד”.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בהופעל של פ״י/ו יש שורוק: הוּבַל.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פתוחות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כתבו שני סימנים שעוזרים לזהות את גזרת פ״י/ו.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השאלה הכי קשה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איזו שאלה בחידון הייתה הכי קשה? הסבירו מה הטעה ואיך תזהו בפעם הבאה.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כתבו את הכלל במילים שלכם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„אִישַׁן”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פ״י/ו · חידון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