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ראו כרטיסי ההסבר בשיעור: הפעיל: הוֹ־ (וחמישה שורשים: הֵי־). / נפעל: נוֹ־. הופעל: הוּ־ ← מעבירים להפעיל.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פ״י/ו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חידון.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„לְהוֹרִיד”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ר־ד־י/ה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„הוֹבִיל”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ב־י/ו־ל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„יָרַד”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נ־ר־ד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„אִישַׁן”?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„הוֹדִיעוּ”?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„נוֹלַד”?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שני סימנים שעוזרים לזהות את גזרת פ״י/ו.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חידון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